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3FBE2" w14:textId="77777777" w:rsidR="00E4006D" w:rsidRDefault="000F4E0A">
      <w:pPr>
        <w:pStyle w:val="Cm"/>
        <w:spacing w:before="0" w:after="60"/>
      </w:pPr>
      <w:r>
        <w:rPr>
          <w:rFonts w:ascii="Arial" w:eastAsia="Times New Roman" w:hAnsi="Arial"/>
        </w:rPr>
        <w:t>8. MELLÉKLET</w:t>
      </w:r>
    </w:p>
    <w:p w14:paraId="0E62BC16" w14:textId="77777777" w:rsidR="00E4006D" w:rsidRDefault="000F4E0A">
      <w:pPr>
        <w:pStyle w:val="Cm"/>
      </w:pPr>
      <w:r>
        <w:rPr>
          <w:rFonts w:ascii="Arial" w:eastAsia="Times New Roman" w:hAnsi="Arial"/>
        </w:rPr>
        <w:t>AZ AJÁNLAT KÖTELEZŐ TARTALMI ELLENŐRZŐJEGYZÉKE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"/>
        <w:gridCol w:w="7030"/>
        <w:gridCol w:w="1134"/>
      </w:tblGrid>
      <w:tr w:rsidR="00E4006D" w14:paraId="493F7942" w14:textId="77777777">
        <w:trPr>
          <w:tblHeader/>
          <w:jc w:val="center"/>
        </w:trPr>
        <w:tc>
          <w:tcPr>
            <w:tcW w:w="90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D64732" w14:textId="77777777" w:rsidR="00E4006D" w:rsidRDefault="000F4E0A">
            <w:pPr>
              <w:spacing w:after="40"/>
              <w:jc w:val="center"/>
            </w:pPr>
            <w:r>
              <w:rPr>
                <w:b/>
                <w:sz w:val="19"/>
              </w:rPr>
              <w:t>Sorszám</w:t>
            </w:r>
          </w:p>
        </w:tc>
        <w:tc>
          <w:tcPr>
            <w:tcW w:w="7030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7633A3" w14:textId="77777777" w:rsidR="00E4006D" w:rsidRDefault="000F4E0A">
            <w:pPr>
              <w:spacing w:after="40"/>
              <w:jc w:val="center"/>
            </w:pPr>
            <w:r>
              <w:rPr>
                <w:b/>
                <w:sz w:val="19"/>
              </w:rPr>
              <w:t>Dokumentum</w:t>
            </w:r>
          </w:p>
        </w:tc>
        <w:tc>
          <w:tcPr>
            <w:tcW w:w="1134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A7D267" w14:textId="77777777" w:rsidR="00E4006D" w:rsidRDefault="000F4E0A">
            <w:pPr>
              <w:spacing w:after="40"/>
              <w:jc w:val="center"/>
            </w:pPr>
            <w:r>
              <w:rPr>
                <w:b/>
                <w:sz w:val="19"/>
              </w:rPr>
              <w:t>Csatolva</w:t>
            </w:r>
          </w:p>
        </w:tc>
      </w:tr>
      <w:tr w:rsidR="00E4006D" w14:paraId="3EB7289D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1BA987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1.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435DA2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Ajánlati adatlap és bérletidíj-ajánlat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6BF587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5739BCA8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9DF085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2.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20DDDB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Azonosító és nyilvántartási dokumentumok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EBF598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69004E03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075D35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3.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8FB4D5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Átláthatósági nyilatkozat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1955DF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61B0D974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BDA88C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4.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F7EC6F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Köztartozás-mentességi nyilatkozat és igazolás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36358A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285DA62A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932DAD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5.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4C2D53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A felhívás és a szerződéstervezet elfogadásáról szóló nyilatkozat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739D13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3BA2B90E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BC5EF2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6.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93318B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Kapcsolattartói adatok kezeléséről szóló nyilatkozat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E09436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6677C7CC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A214F7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7.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0B417E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Üzemeltetési nyilatkozatok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DC38B1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52F7F435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38D3B9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8.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1F284A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Részletes termék- és árlista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596EAF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270F8ED0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607DC8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9.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C6240B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Rövid üzemeltetési koncepció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619149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1122174E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E68D9E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10.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D3A7E3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Berendezéslista műszaki adatokkal és energiaigénnyel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DC7FDC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780B6C00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E4D2E4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11.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7B6093" w14:textId="77777777" w:rsidR="00E4006D" w:rsidRPr="007A63D2" w:rsidRDefault="000F4E0A">
            <w:pPr>
              <w:spacing w:after="40"/>
              <w:jc w:val="left"/>
              <w:rPr>
                <w:lang w:val="pl-PL"/>
              </w:rPr>
            </w:pPr>
            <w:r w:rsidRPr="007A63D2">
              <w:rPr>
                <w:sz w:val="19"/>
                <w:lang w:val="pl-PL"/>
              </w:rPr>
              <w:t>Szakmai tapasztalat vagy referencia bemutatása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34C8E3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5D4575C0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3B3D66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12.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AF6692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Összeférhetetlenségi és kizáró okokra vonatkozó nyilatkozat (9. melléklet)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FEB3D4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</w:tbl>
    <w:p w14:paraId="4CC32742" w14:textId="77777777" w:rsidR="00E4006D" w:rsidRDefault="000F4E0A">
      <w:r>
        <w:br w:type="page"/>
      </w:r>
    </w:p>
    <w:sectPr w:rsidR="00E4006D" w:rsidSect="00034616">
      <w:headerReference w:type="default" r:id="rId8"/>
      <w:footerReference w:type="default" r:id="rId9"/>
      <w:pgSz w:w="11906" w:h="16838"/>
      <w:pgMar w:top="1134" w:right="1134" w:bottom="1134" w:left="124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C1A73" w14:textId="77777777" w:rsidR="00AB1841" w:rsidRDefault="00AB1841">
      <w:pPr>
        <w:spacing w:after="0" w:line="240" w:lineRule="auto"/>
      </w:pPr>
      <w:r>
        <w:separator/>
      </w:r>
    </w:p>
  </w:endnote>
  <w:endnote w:type="continuationSeparator" w:id="0">
    <w:p w14:paraId="6F7F5954" w14:textId="77777777" w:rsidR="00AB1841" w:rsidRDefault="00AB1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F52AA" w14:textId="77777777" w:rsidR="00E4006D" w:rsidRDefault="000F4E0A">
    <w:pPr>
      <w:pStyle w:val="llb"/>
      <w:jc w:val="center"/>
    </w:pPr>
    <w:r>
      <w:rPr>
        <w:sz w:val="18"/>
      </w:rPr>
      <w:t>Egységes szerkezetbe foglalt minta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4216A" w14:textId="77777777" w:rsidR="00AB1841" w:rsidRDefault="00AB1841">
      <w:pPr>
        <w:spacing w:after="0" w:line="240" w:lineRule="auto"/>
      </w:pPr>
      <w:r>
        <w:separator/>
      </w:r>
    </w:p>
  </w:footnote>
  <w:footnote w:type="continuationSeparator" w:id="0">
    <w:p w14:paraId="0A06E092" w14:textId="77777777" w:rsidR="00AB1841" w:rsidRDefault="00AB1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F7D2D" w14:textId="77777777" w:rsidR="00E4006D" w:rsidRDefault="000F4E0A">
    <w:pPr>
      <w:pStyle w:val="lfej"/>
      <w:jc w:val="center"/>
    </w:pPr>
    <w:r>
      <w:rPr>
        <w:i/>
        <w:sz w:val="18"/>
      </w:rPr>
      <w:t>Budapesti Gépészeti Szakképzési Centrum – egységes büféüzemeltetési pályázati felhívás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4E0A"/>
    <w:rsid w:val="00124DA0"/>
    <w:rsid w:val="0015074B"/>
    <w:rsid w:val="0029639D"/>
    <w:rsid w:val="00326F90"/>
    <w:rsid w:val="007A63D2"/>
    <w:rsid w:val="00AA1D8D"/>
    <w:rsid w:val="00AB1841"/>
    <w:rsid w:val="00B06093"/>
    <w:rsid w:val="00B47730"/>
    <w:rsid w:val="00CB0664"/>
    <w:rsid w:val="00D452FD"/>
    <w:rsid w:val="00E400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17CB7"/>
  <w14:defaultImageDpi w14:val="300"/>
  <w15:docId w15:val="{393AB5AA-7D6E-4537-8412-A3EEA0CC3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00" w:line="259" w:lineRule="auto"/>
      <w:jc w:val="both"/>
    </w:pPr>
    <w:rPr>
      <w:rFonts w:ascii="Arial" w:eastAsia="Times New Roman" w:hAnsi="Arial"/>
      <w:color w:val="000000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8. melléklet</vt:lpstr>
      <vt:lpstr/>
    </vt:vector>
  </TitlesOfParts>
  <Manager/>
  <Company/>
  <LinksUpToDate>false</LinksUpToDate>
  <CharactersWithSpaces>697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Dr. Varga Csaba</cp:lastModifiedBy>
  <cp:revision>2</cp:revision>
  <dcterms:created xsi:type="dcterms:W3CDTF">2026-09-24T15:42:00Z</dcterms:created>
  <dcterms:modified xsi:type="dcterms:W3CDTF">2026-09-24T15:42:00Z</dcterms:modified>
  <cp:category/>
</cp:coreProperties>
</file>